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24AD" w14:textId="77777777" w:rsidR="00FA5671" w:rsidRPr="00C9671B" w:rsidRDefault="00000000">
      <w:pPr>
        <w:pStyle w:val="KonuBal"/>
        <w:jc w:val="center"/>
        <w:rPr>
          <w:sz w:val="32"/>
          <w:szCs w:val="32"/>
        </w:rPr>
      </w:pPr>
      <w:r>
        <w:t>ÖZGEÇMİŞ</w:t>
      </w:r>
    </w:p>
    <w:p w14:paraId="7336627C" w14:textId="77777777" w:rsidR="004014AF" w:rsidRDefault="00000000">
      <w:pPr>
        <w:jc w:val="both"/>
      </w:pPr>
      <w:r>
        <w:t>Ben Fikri Topaloğlu.</w:t>
      </w:r>
    </w:p>
    <w:p w14:paraId="086D1FF8" w14:textId="77777777" w:rsidR="004014AF" w:rsidRDefault="00000000">
      <w:pPr>
        <w:jc w:val="both"/>
      </w:pPr>
      <w:r>
        <w:t>10.10.1987 tarihinde Bursa'nın Kestel ilçesinde doğdum. Babamın adı Mehmet Topaloğlu, annemin adı Meral Topaloğlu'dur. Hâlen Bursa'nın Kestel ilçesinde ikamet etmekteyim.</w:t>
      </w:r>
    </w:p>
    <w:p w14:paraId="5D701661" w14:textId="13011C50" w:rsidR="004014AF" w:rsidRDefault="00000000">
      <w:pPr>
        <w:jc w:val="both"/>
      </w:pPr>
      <w:r>
        <w:t xml:space="preserve">İlköğretim ve ortaöğretim eğitimimi Musa Fırat Coşkun İlköğretim Okulu'nda tamamladım. Lise eğitimimi Mimar Sinan Anadolu Teknik </w:t>
      </w:r>
      <w:proofErr w:type="spellStart"/>
      <w:r>
        <w:t>Meslek</w:t>
      </w:r>
      <w:proofErr w:type="spellEnd"/>
      <w:r>
        <w:t xml:space="preserve"> </w:t>
      </w:r>
      <w:proofErr w:type="spellStart"/>
      <w:r>
        <w:t>Lisesi</w:t>
      </w:r>
      <w:proofErr w:type="spellEnd"/>
      <w:r w:rsidR="00EC2B52">
        <w:t xml:space="preserve"> </w:t>
      </w:r>
      <w:proofErr w:type="spellStart"/>
      <w:r w:rsidR="00EC2B52">
        <w:t>Makine</w:t>
      </w:r>
      <w:proofErr w:type="spellEnd"/>
      <w:r w:rsidR="00EC2B52">
        <w:t xml:space="preserve"> </w:t>
      </w:r>
      <w:proofErr w:type="spellStart"/>
      <w:r w:rsidR="00EC2B52">
        <w:t>Bölümü</w:t>
      </w:r>
      <w:r>
        <w:t>'nde</w:t>
      </w:r>
      <w:proofErr w:type="spellEnd"/>
      <w:r>
        <w:t xml:space="preserve"> </w:t>
      </w:r>
      <w:proofErr w:type="spellStart"/>
      <w:r>
        <w:t>tamamladım</w:t>
      </w:r>
      <w:proofErr w:type="spellEnd"/>
      <w:r>
        <w:t>. Üniversitede Mekatronik Bölümü'nde öğrenim görmeye başladım. Ancak ailemin o dönemde yaşadığı maddi imkânsızlıklar nedeniyle eğitimime devam edemedim ve çalışma hayatına yöneldim.</w:t>
      </w:r>
    </w:p>
    <w:p w14:paraId="3017644D" w14:textId="77777777" w:rsidR="004014AF" w:rsidRDefault="00000000">
      <w:pPr>
        <w:jc w:val="both"/>
      </w:pPr>
      <w:r>
        <w:t>Eğitim hayatımın ardından çalışma hayatına başladım. Meslek hayatım boyunca üretim sektöründe faaliyet gösteren çeşitli firmalarda görev aldım. CAD/CAM teknolojileri, CNC sistemleri, üretim süreçleri ve yazılım geliştirme alanlarında deneyim kazandım. Çalıştığım işletmelerde ihtiyaçlara yönelik yazılım çözümleri geliştirerek iş süreçlerinin daha düzenli, verimli ve sistematik şekilde yürütülmesine katkı sağlamaya gayret ettim. Hâlen modelhane ve CNC üretim merkezinde sorumlu olarak CAD/CAM alanında görev yapmaktayım.</w:t>
      </w:r>
    </w:p>
    <w:p w14:paraId="0C6FA861" w14:textId="5C820429" w:rsidR="004014AF" w:rsidRDefault="00EC2B52">
      <w:pPr>
        <w:jc w:val="both"/>
      </w:pPr>
      <w:r>
        <w:t>2</w:t>
      </w:r>
      <w:r w:rsidR="00A90883">
        <w:t>4</w:t>
      </w:r>
      <w:r>
        <w:t xml:space="preserve">.06.2012 </w:t>
      </w:r>
      <w:proofErr w:type="spellStart"/>
      <w:r>
        <w:t>tarihinde</w:t>
      </w:r>
      <w:proofErr w:type="spellEnd"/>
      <w:r>
        <w:t xml:space="preserve"> </w:t>
      </w:r>
      <w:r w:rsidR="00000000">
        <w:t xml:space="preserve">Burcu </w:t>
      </w:r>
      <w:r>
        <w:t xml:space="preserve">TOPALOĞLU </w:t>
      </w:r>
      <w:proofErr w:type="spellStart"/>
      <w:r w:rsidR="00000000">
        <w:t>ile</w:t>
      </w:r>
      <w:proofErr w:type="spellEnd"/>
      <w:r w:rsidR="00000000">
        <w:t xml:space="preserve"> </w:t>
      </w:r>
      <w:proofErr w:type="spellStart"/>
      <w:r w:rsidR="00000000">
        <w:t>evl</w:t>
      </w:r>
      <w:r>
        <w:t>endim</w:t>
      </w:r>
      <w:proofErr w:type="spellEnd"/>
      <w:r w:rsidR="00000000">
        <w:t xml:space="preserve">. </w:t>
      </w:r>
      <w:r>
        <w:t xml:space="preserve">28.11.2013’te </w:t>
      </w:r>
      <w:proofErr w:type="spellStart"/>
      <w:r>
        <w:t>kızım</w:t>
      </w:r>
      <w:proofErr w:type="spellEnd"/>
      <w:r>
        <w:t xml:space="preserve"> Begüm </w:t>
      </w:r>
      <w:proofErr w:type="spellStart"/>
      <w:r>
        <w:t>dünyaya</w:t>
      </w:r>
      <w:proofErr w:type="spellEnd"/>
      <w:r>
        <w:t xml:space="preserve"> geldi.21.08.2018’de </w:t>
      </w:r>
      <w:proofErr w:type="spellStart"/>
      <w:r>
        <w:t>ise</w:t>
      </w:r>
      <w:proofErr w:type="spellEnd"/>
      <w:r>
        <w:t xml:space="preserve"> </w:t>
      </w:r>
      <w:proofErr w:type="spellStart"/>
      <w:r>
        <w:t>oğlum</w:t>
      </w:r>
      <w:proofErr w:type="spellEnd"/>
      <w:r>
        <w:t xml:space="preserve"> Berkay </w:t>
      </w:r>
      <w:proofErr w:type="spellStart"/>
      <w:r>
        <w:t>dünyaya</w:t>
      </w:r>
      <w:proofErr w:type="spellEnd"/>
      <w:r>
        <w:t xml:space="preserve"> </w:t>
      </w:r>
      <w:proofErr w:type="spellStart"/>
      <w:r>
        <w:t>geldi</w:t>
      </w:r>
      <w:proofErr w:type="spellEnd"/>
      <w:r>
        <w:t xml:space="preserve">. Mutlu </w:t>
      </w:r>
      <w:proofErr w:type="spellStart"/>
      <w:r>
        <w:t>bir</w:t>
      </w:r>
      <w:proofErr w:type="spellEnd"/>
      <w:r>
        <w:t xml:space="preserve"> </w:t>
      </w:r>
      <w:proofErr w:type="spellStart"/>
      <w:r>
        <w:t>aile</w:t>
      </w:r>
      <w:proofErr w:type="spellEnd"/>
      <w:r>
        <w:t xml:space="preserve"> </w:t>
      </w:r>
      <w:proofErr w:type="spellStart"/>
      <w:r>
        <w:t>yaşantımız</w:t>
      </w:r>
      <w:proofErr w:type="spellEnd"/>
      <w:r>
        <w:t xml:space="preserve"> var.</w:t>
      </w:r>
    </w:p>
    <w:p w14:paraId="329B52E0" w14:textId="7A29FB8B" w:rsidR="004014AF" w:rsidRDefault="00000000">
      <w:pPr>
        <w:jc w:val="both"/>
      </w:pPr>
      <w:r>
        <w:t xml:space="preserve">Boş zamanlarımda yazılım geliştirmeyi, yeni teknolojileri </w:t>
      </w:r>
      <w:proofErr w:type="spellStart"/>
      <w:r>
        <w:t>araştırmayı</w:t>
      </w:r>
      <w:proofErr w:type="spellEnd"/>
      <w:r>
        <w:t xml:space="preserve">, </w:t>
      </w:r>
      <w:proofErr w:type="spellStart"/>
      <w:r>
        <w:t>müzik</w:t>
      </w:r>
      <w:proofErr w:type="spellEnd"/>
      <w:r>
        <w:t xml:space="preserve"> </w:t>
      </w:r>
      <w:proofErr w:type="spellStart"/>
      <w:r>
        <w:t>dinlemeyi</w:t>
      </w:r>
      <w:proofErr w:type="spellEnd"/>
      <w:r>
        <w:t xml:space="preserve"> </w:t>
      </w:r>
      <w:proofErr w:type="spellStart"/>
      <w:r>
        <w:t>severim</w:t>
      </w:r>
      <w:proofErr w:type="spellEnd"/>
      <w:r>
        <w:t>.</w:t>
      </w:r>
    </w:p>
    <w:p w14:paraId="0BC739B7" w14:textId="77777777" w:rsidR="004014AF" w:rsidRDefault="00000000">
      <w:pPr>
        <w:pStyle w:val="Balk2"/>
      </w:pPr>
      <w:r>
        <w:t>Bulgaristan Vatandaşlığına Başvurma Sebebim</w:t>
      </w:r>
    </w:p>
    <w:p w14:paraId="74FDC8E4" w14:textId="77777777" w:rsidR="004014AF" w:rsidRDefault="00000000">
      <w:pPr>
        <w:jc w:val="both"/>
      </w:pPr>
      <w:r>
        <w:t>Bulgaristan vatandaşlığına başvurmamdaki en önemli neden aile köklerime ve atalarımdan bana miras kalan kültürel değerlere olan bağlılığımdır. Atalarımın yaşadığı topraklarla olan manevi bağımı her zaman hissettim. Bu başvuru, aile geçmişime duyduğum saygının ve bu bağı gelecek nesillere taşımak istememin doğal bir sonucudur. Bulgaristan ile olan bu tarihi ve kültürel bağımı resmî olarak da sürdürmeyi arzu ediyorum.</w:t>
      </w:r>
    </w:p>
    <w:p w14:paraId="4710C17F" w14:textId="77777777" w:rsidR="004014AF" w:rsidRDefault="00000000">
      <w:pPr>
        <w:jc w:val="both"/>
      </w:pPr>
      <w:r>
        <w:t>Bulgaristan'ın tarihine, kültürüne ve toplumsal değerlerine büyük saygı duyuyor, köklerimle olan bu bağı güçlendirmenin benim için önemli bir sorumluluk olduğuna inanıyorum. Vatandaşlık başvurumun, aile geçmişime duyduğum vefanın ve bu ortak mirası yaşatma isteğimin bir göstergesi olmasını temenni ediyorum.</w:t>
      </w:r>
    </w:p>
    <w:p w14:paraId="68DC09EA" w14:textId="77777777" w:rsidR="004014AF" w:rsidRDefault="00000000">
      <w:r>
        <w:br/>
        <w:t>Saygılarımla,</w:t>
      </w:r>
      <w:r>
        <w:br/>
      </w:r>
      <w:r>
        <w:br/>
        <w:t>Fikri TOPALOĞLU</w:t>
      </w:r>
    </w:p>
    <w:p w14:paraId="5C753B9C" w14:textId="77777777" w:rsidR="004014AF" w:rsidRDefault="00000000">
      <w:pPr>
        <w:pStyle w:val="Balk2"/>
      </w:pPr>
      <w:r>
        <w:t>İletişim Bilgileri</w:t>
      </w:r>
    </w:p>
    <w:p w14:paraId="187CB534" w14:textId="77777777" w:rsidR="004014AF" w:rsidRDefault="00000000" w:rsidP="00EC2B52">
      <w:pPr>
        <w:spacing w:after="0" w:line="240" w:lineRule="auto"/>
      </w:pPr>
      <w:r>
        <w:t>Telefon: +90 545 369 59 54</w:t>
      </w:r>
    </w:p>
    <w:p w14:paraId="03404417" w14:textId="77777777" w:rsidR="004014AF" w:rsidRDefault="00000000" w:rsidP="00EC2B52">
      <w:pPr>
        <w:spacing w:after="0" w:line="240" w:lineRule="auto"/>
      </w:pPr>
      <w:r>
        <w:t>E-posta: fikri007@gmail.com</w:t>
      </w:r>
    </w:p>
    <w:p w14:paraId="5380E2AC" w14:textId="77777777" w:rsidR="004014AF" w:rsidRDefault="00000000" w:rsidP="00EC2B52">
      <w:pPr>
        <w:spacing w:after="0" w:line="240" w:lineRule="auto"/>
      </w:pPr>
      <w:r>
        <w:t>Web: https://fikoyt.com</w:t>
      </w:r>
    </w:p>
    <w:p w14:paraId="1284C2CC" w14:textId="77777777" w:rsidR="004014AF" w:rsidRDefault="00000000" w:rsidP="00EC2B52">
      <w:pPr>
        <w:spacing w:after="0" w:line="240" w:lineRule="auto"/>
      </w:pPr>
      <w:r>
        <w:t>Adres: Bursa / Türkiye</w:t>
      </w:r>
    </w:p>
    <w:p w14:paraId="0A31BC38" w14:textId="77777777" w:rsidR="004014AF" w:rsidRPr="001F120E" w:rsidRDefault="00000000" w:rsidP="001F120E">
      <w:pPr>
        <w:jc w:val="center"/>
        <w:rPr>
          <w:b/>
          <w:bCs/>
        </w:rPr>
      </w:pPr>
      <w:r>
        <w:br/>
      </w:r>
      <w:r w:rsidRPr="001F120E">
        <w:rPr>
          <w:b/>
          <w:bCs/>
        </w:rPr>
        <w:t>Bu özgeçmiş tarafımdan doğru ve gerçeğe uygun bilgiler esas alınarak hazırlanmıştır.</w:t>
      </w:r>
    </w:p>
    <w:sectPr w:rsidR="004014AF" w:rsidRPr="001F120E" w:rsidSect="00C967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17058330">
    <w:abstractNumId w:val="8"/>
  </w:num>
  <w:num w:numId="2" w16cid:durableId="766777312">
    <w:abstractNumId w:val="6"/>
  </w:num>
  <w:num w:numId="3" w16cid:durableId="1503857325">
    <w:abstractNumId w:val="5"/>
  </w:num>
  <w:num w:numId="4" w16cid:durableId="1934819789">
    <w:abstractNumId w:val="4"/>
  </w:num>
  <w:num w:numId="5" w16cid:durableId="1781753966">
    <w:abstractNumId w:val="7"/>
  </w:num>
  <w:num w:numId="6" w16cid:durableId="1032998897">
    <w:abstractNumId w:val="3"/>
  </w:num>
  <w:num w:numId="7" w16cid:durableId="1278103036">
    <w:abstractNumId w:val="2"/>
  </w:num>
  <w:num w:numId="8" w16cid:durableId="179315853">
    <w:abstractNumId w:val="1"/>
  </w:num>
  <w:num w:numId="9" w16cid:durableId="60977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6C8E"/>
    <w:rsid w:val="001F120E"/>
    <w:rsid w:val="0029639D"/>
    <w:rsid w:val="00326F90"/>
    <w:rsid w:val="003A0ACA"/>
    <w:rsid w:val="004014AF"/>
    <w:rsid w:val="007C5EFB"/>
    <w:rsid w:val="008B2A31"/>
    <w:rsid w:val="008E40A1"/>
    <w:rsid w:val="00A41220"/>
    <w:rsid w:val="00A90883"/>
    <w:rsid w:val="00AA1D8D"/>
    <w:rsid w:val="00B47730"/>
    <w:rsid w:val="00B65503"/>
    <w:rsid w:val="00C9671B"/>
    <w:rsid w:val="00CB0664"/>
    <w:rsid w:val="00EC2B52"/>
    <w:rsid w:val="00FA5671"/>
    <w:rsid w:val="00FC693F"/>
    <w:rsid w:val="00FC75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1368E"/>
  <w14:defaultImageDpi w14:val="300"/>
  <w15:docId w15:val="{07E4120F-0903-4BDB-A485-09043B63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1A6C8E"/>
    <w:rPr>
      <w:color w:val="0000FF" w:themeColor="hyperlink"/>
      <w:u w:val="single"/>
    </w:rPr>
  </w:style>
  <w:style w:type="character" w:styleId="zmlenmeyenBahsetme">
    <w:name w:val="Unresolved Mention"/>
    <w:basedOn w:val="VarsaylanParagrafYazTipi"/>
    <w:uiPriority w:val="99"/>
    <w:semiHidden/>
    <w:unhideWhenUsed/>
    <w:rsid w:val="001A6C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351</Words>
  <Characters>2002</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FikoYT</cp:lastModifiedBy>
  <cp:revision>11</cp:revision>
  <cp:lastPrinted>2026-07-22T21:39:00Z</cp:lastPrinted>
  <dcterms:created xsi:type="dcterms:W3CDTF">2013-12-23T23:15:00Z</dcterms:created>
  <dcterms:modified xsi:type="dcterms:W3CDTF">2026-07-22T21:51:00Z</dcterms:modified>
  <cp:category/>
</cp:coreProperties>
</file>